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51EE7C" w14:textId="77777777" w:rsidR="00EA58C5" w:rsidRDefault="00EA58C5">
      <w:pPr>
        <w:pStyle w:val="DocEyebrow"/>
      </w:pPr>
    </w:p>
    <w:p w14:paraId="46B1744D" w14:textId="0B254197" w:rsidR="003A7D3D" w:rsidRDefault="00000000">
      <w:pPr>
        <w:pStyle w:val="DocEyebrow"/>
      </w:pPr>
      <w:r>
        <w:t>ALLEGATO 1 / ANNEX 1</w:t>
      </w:r>
    </w:p>
    <w:p w14:paraId="20C776BB" w14:textId="451F448C" w:rsidR="003A7D3D" w:rsidRDefault="00000000">
      <w:pPr>
        <w:pStyle w:val="DocTitle"/>
      </w:pPr>
      <w:r>
        <w:t>PERSONA FISICA</w:t>
      </w:r>
      <w:r>
        <w:rPr>
          <w:b w:val="0"/>
          <w:color w:val="6D7685"/>
        </w:rPr>
        <w:t xml:space="preserve"> / INDIVIDUAL</w:t>
      </w:r>
      <w:r w:rsidR="00EA58C5">
        <w:rPr>
          <w:b w:val="0"/>
          <w:color w:val="6D7685"/>
        </w:rPr>
        <w:t xml:space="preserve"> </w:t>
      </w:r>
    </w:p>
    <w:p w14:paraId="1F22A5B9" w14:textId="77777777" w:rsidR="003A7D3D" w:rsidRDefault="00000000">
      <w:pPr>
        <w:pStyle w:val="Note"/>
        <w:spacing w:line="228" w:lineRule="auto"/>
      </w:pPr>
      <w:r>
        <w:rPr>
          <w:color w:val="303846"/>
        </w:rPr>
        <w:t>Compilare questa sezione se la fattura deve essere intestata a una persona fisica. Tutti i campi sono obbligatori, salvo dove indicato diversamente.</w:t>
      </w:r>
      <w:r>
        <w:rPr>
          <w:i/>
        </w:rPr>
        <w:br/>
        <w:t>Complete this section if the invoice is to be issued to an individual. All fields are mandatory unless otherwise specified.</w:t>
      </w:r>
    </w:p>
    <w:p w14:paraId="0F3C701E" w14:textId="77777777" w:rsidR="003A7D3D" w:rsidRDefault="003A7D3D">
      <w:pPr>
        <w:pBdr>
          <w:bottom w:val="single" w:sz="8" w:space="1" w:color="303846"/>
        </w:pBdr>
        <w:spacing w:after="80"/>
      </w:pP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5156"/>
        <w:gridCol w:w="5156"/>
      </w:tblGrid>
      <w:tr w:rsidR="003A7D3D" w14:paraId="621DD9E6" w14:textId="77777777">
        <w:trPr>
          <w:cantSplit/>
        </w:trPr>
        <w:tc>
          <w:tcPr>
            <w:tcW w:w="5156" w:type="dxa"/>
            <w:tcMar>
              <w:top w:w="30" w:type="dxa"/>
              <w:left w:w="0" w:type="dxa"/>
              <w:bottom w:w="30" w:type="dxa"/>
              <w:right w:w="0" w:type="dxa"/>
            </w:tcMar>
          </w:tcPr>
          <w:p w14:paraId="1CA5F46F" w14:textId="77777777" w:rsidR="003A7D3D" w:rsidRDefault="00000000">
            <w:r>
              <w:rPr>
                <w:b/>
                <w:color w:val="6D7685"/>
                <w:sz w:val="13"/>
              </w:rPr>
              <w:t>RESIDENZA FISCALE</w:t>
            </w:r>
            <w:r>
              <w:rPr>
                <w:color w:val="6D7685"/>
                <w:sz w:val="13"/>
              </w:rPr>
              <w:t xml:space="preserve"> / TAX RESIDENCE</w:t>
            </w:r>
          </w:p>
        </w:tc>
        <w:tc>
          <w:tcPr>
            <w:tcW w:w="5156" w:type="dxa"/>
            <w:tcMar>
              <w:top w:w="30" w:type="dxa"/>
              <w:left w:w="0" w:type="dxa"/>
              <w:bottom w:w="30" w:type="dxa"/>
              <w:right w:w="0" w:type="dxa"/>
            </w:tcMar>
          </w:tcPr>
          <w:p w14:paraId="259F0F62" w14:textId="77777777" w:rsidR="003A7D3D" w:rsidRDefault="00000000">
            <w:r>
              <w:rPr>
                <w:sz w:val="16"/>
              </w:rPr>
              <w:t>☐ Italia / Italy      ☐ Altro Paese / Other country</w:t>
            </w:r>
          </w:p>
        </w:tc>
      </w:tr>
    </w:tbl>
    <w:p w14:paraId="2E3D2858" w14:textId="77777777" w:rsidR="003A7D3D" w:rsidRDefault="00000000">
      <w:pPr>
        <w:pStyle w:val="Sottotitolo1"/>
      </w:pPr>
      <w:r>
        <w:t>Dati anagrafici e di residenza</w:t>
      </w:r>
      <w:r>
        <w:rPr>
          <w:b w:val="0"/>
          <w:color w:val="6D7685"/>
        </w:rPr>
        <w:t xml:space="preserve"> / Personal and residence details</w:t>
      </w:r>
    </w:p>
    <w:tbl>
      <w:tblPr>
        <w:tblW w:w="0" w:type="auto"/>
        <w:jc w:val="center"/>
        <w:tblBorders>
          <w:top w:val="single" w:sz="6" w:space="0" w:color="AAB1BC"/>
          <w:left w:val="single" w:sz="6" w:space="0" w:color="AAB1BC"/>
          <w:bottom w:val="single" w:sz="6" w:space="0" w:color="AAB1BC"/>
          <w:right w:val="single" w:sz="6" w:space="0" w:color="AAB1BC"/>
          <w:insideH w:val="single" w:sz="6" w:space="0" w:color="AAB1BC"/>
          <w:insideV w:val="single" w:sz="6" w:space="0" w:color="AAB1BC"/>
        </w:tblBorders>
        <w:tblLayout w:type="fixed"/>
        <w:tblLook w:val="04A0" w:firstRow="1" w:lastRow="0" w:firstColumn="1" w:lastColumn="0" w:noHBand="0" w:noVBand="1"/>
      </w:tblPr>
      <w:tblGrid>
        <w:gridCol w:w="4110"/>
        <w:gridCol w:w="5839"/>
      </w:tblGrid>
      <w:tr w:rsidR="003A7D3D" w14:paraId="3A5D08EC" w14:textId="77777777" w:rsidTr="002F4B8B">
        <w:trPr>
          <w:cantSplit/>
          <w:trHeight w:val="363"/>
          <w:jc w:val="center"/>
        </w:trPr>
        <w:tc>
          <w:tcPr>
            <w:tcW w:w="4110" w:type="dxa"/>
            <w:shd w:val="clear" w:color="auto" w:fill="DBE5F1" w:themeFill="accent1" w:themeFillTint="33"/>
            <w:tcMar>
              <w:top w:w="55" w:type="dxa"/>
              <w:left w:w="100" w:type="dxa"/>
              <w:bottom w:w="55" w:type="dxa"/>
              <w:right w:w="85" w:type="dxa"/>
            </w:tcMar>
            <w:vAlign w:val="center"/>
          </w:tcPr>
          <w:p w14:paraId="7B417EFF" w14:textId="77777777" w:rsidR="003A7D3D" w:rsidRDefault="00000000">
            <w:r>
              <w:rPr>
                <w:b/>
                <w:sz w:val="14"/>
              </w:rPr>
              <w:t>Nome</w:t>
            </w:r>
            <w:r>
              <w:rPr>
                <w:color w:val="6D7685"/>
                <w:sz w:val="14"/>
              </w:rPr>
              <w:t xml:space="preserve"> / First name</w:t>
            </w:r>
          </w:p>
        </w:tc>
        <w:tc>
          <w:tcPr>
            <w:tcW w:w="5839" w:type="dxa"/>
            <w:tcMar>
              <w:top w:w="55" w:type="dxa"/>
              <w:left w:w="100" w:type="dxa"/>
              <w:bottom w:w="55" w:type="dxa"/>
              <w:right w:w="85" w:type="dxa"/>
            </w:tcMar>
            <w:vAlign w:val="center"/>
          </w:tcPr>
          <w:p w14:paraId="1AB20456" w14:textId="77777777" w:rsidR="003A7D3D" w:rsidRDefault="003A7D3D"/>
        </w:tc>
      </w:tr>
      <w:tr w:rsidR="003A7D3D" w14:paraId="50DEAC54" w14:textId="77777777" w:rsidTr="002F4B8B">
        <w:trPr>
          <w:cantSplit/>
          <w:trHeight w:val="363"/>
          <w:jc w:val="center"/>
        </w:trPr>
        <w:tc>
          <w:tcPr>
            <w:tcW w:w="4110" w:type="dxa"/>
            <w:shd w:val="clear" w:color="auto" w:fill="DBE5F1" w:themeFill="accent1" w:themeFillTint="33"/>
            <w:tcMar>
              <w:top w:w="55" w:type="dxa"/>
              <w:left w:w="100" w:type="dxa"/>
              <w:bottom w:w="55" w:type="dxa"/>
              <w:right w:w="85" w:type="dxa"/>
            </w:tcMar>
            <w:vAlign w:val="center"/>
          </w:tcPr>
          <w:p w14:paraId="1E2C099F" w14:textId="77777777" w:rsidR="003A7D3D" w:rsidRDefault="00000000">
            <w:proofErr w:type="spellStart"/>
            <w:r>
              <w:rPr>
                <w:b/>
                <w:sz w:val="14"/>
              </w:rPr>
              <w:t>Cognome</w:t>
            </w:r>
            <w:proofErr w:type="spellEnd"/>
            <w:r>
              <w:rPr>
                <w:color w:val="6D7685"/>
                <w:sz w:val="14"/>
              </w:rPr>
              <w:t xml:space="preserve"> / Last name</w:t>
            </w:r>
          </w:p>
        </w:tc>
        <w:tc>
          <w:tcPr>
            <w:tcW w:w="5839" w:type="dxa"/>
            <w:tcMar>
              <w:top w:w="55" w:type="dxa"/>
              <w:left w:w="100" w:type="dxa"/>
              <w:bottom w:w="55" w:type="dxa"/>
              <w:right w:w="85" w:type="dxa"/>
            </w:tcMar>
            <w:vAlign w:val="center"/>
          </w:tcPr>
          <w:p w14:paraId="1A79E1F8" w14:textId="77777777" w:rsidR="003A7D3D" w:rsidRDefault="003A7D3D"/>
        </w:tc>
      </w:tr>
      <w:tr w:rsidR="003A7D3D" w14:paraId="2468A06C" w14:textId="77777777" w:rsidTr="002F4B8B">
        <w:trPr>
          <w:cantSplit/>
          <w:trHeight w:val="363"/>
          <w:jc w:val="center"/>
        </w:trPr>
        <w:tc>
          <w:tcPr>
            <w:tcW w:w="4110" w:type="dxa"/>
            <w:shd w:val="clear" w:color="auto" w:fill="DBE5F1" w:themeFill="accent1" w:themeFillTint="33"/>
            <w:tcMar>
              <w:top w:w="55" w:type="dxa"/>
              <w:left w:w="100" w:type="dxa"/>
              <w:bottom w:w="55" w:type="dxa"/>
              <w:right w:w="85" w:type="dxa"/>
            </w:tcMar>
            <w:vAlign w:val="center"/>
          </w:tcPr>
          <w:p w14:paraId="0985E610" w14:textId="77777777" w:rsidR="003A7D3D" w:rsidRDefault="00000000">
            <w:r>
              <w:rPr>
                <w:b/>
                <w:sz w:val="14"/>
              </w:rPr>
              <w:t>Paese di residenza fiscale</w:t>
            </w:r>
            <w:r>
              <w:rPr>
                <w:color w:val="6D7685"/>
                <w:sz w:val="14"/>
              </w:rPr>
              <w:t xml:space="preserve"> / Country of tax residence</w:t>
            </w:r>
          </w:p>
          <w:p w14:paraId="70D7BB97" w14:textId="77777777" w:rsidR="003A7D3D" w:rsidRDefault="00000000">
            <w:r>
              <w:rPr>
                <w:sz w:val="11"/>
              </w:rPr>
              <w:t>Paese in cui vengono pagate le tasse</w:t>
            </w:r>
            <w:r>
              <w:rPr>
                <w:i/>
                <w:color w:val="6D7685"/>
                <w:sz w:val="11"/>
              </w:rPr>
              <w:t xml:space="preserve"> / Country where taxes are paid</w:t>
            </w:r>
          </w:p>
        </w:tc>
        <w:tc>
          <w:tcPr>
            <w:tcW w:w="5839" w:type="dxa"/>
            <w:tcMar>
              <w:top w:w="55" w:type="dxa"/>
              <w:left w:w="100" w:type="dxa"/>
              <w:bottom w:w="55" w:type="dxa"/>
              <w:right w:w="85" w:type="dxa"/>
            </w:tcMar>
            <w:vAlign w:val="center"/>
          </w:tcPr>
          <w:p w14:paraId="1F449082" w14:textId="77777777" w:rsidR="003A7D3D" w:rsidRDefault="003A7D3D"/>
        </w:tc>
      </w:tr>
      <w:tr w:rsidR="003A7D3D" w14:paraId="59B5505C" w14:textId="77777777" w:rsidTr="002F4B8B">
        <w:trPr>
          <w:cantSplit/>
          <w:trHeight w:val="363"/>
          <w:jc w:val="center"/>
        </w:trPr>
        <w:tc>
          <w:tcPr>
            <w:tcW w:w="4110" w:type="dxa"/>
            <w:shd w:val="clear" w:color="auto" w:fill="DBE5F1" w:themeFill="accent1" w:themeFillTint="33"/>
            <w:tcMar>
              <w:top w:w="55" w:type="dxa"/>
              <w:left w:w="100" w:type="dxa"/>
              <w:bottom w:w="55" w:type="dxa"/>
              <w:right w:w="85" w:type="dxa"/>
            </w:tcMar>
            <w:vAlign w:val="center"/>
          </w:tcPr>
          <w:p w14:paraId="5CDF16DD" w14:textId="77777777" w:rsidR="003A7D3D" w:rsidRDefault="00000000">
            <w:r>
              <w:rPr>
                <w:b/>
                <w:sz w:val="14"/>
              </w:rPr>
              <w:t>Indirizzo di residenza</w:t>
            </w:r>
            <w:r>
              <w:rPr>
                <w:color w:val="6D7685"/>
                <w:sz w:val="14"/>
              </w:rPr>
              <w:t xml:space="preserve"> / Residential address</w:t>
            </w:r>
          </w:p>
        </w:tc>
        <w:tc>
          <w:tcPr>
            <w:tcW w:w="5839" w:type="dxa"/>
            <w:tcMar>
              <w:top w:w="55" w:type="dxa"/>
              <w:left w:w="100" w:type="dxa"/>
              <w:bottom w:w="55" w:type="dxa"/>
              <w:right w:w="85" w:type="dxa"/>
            </w:tcMar>
            <w:vAlign w:val="center"/>
          </w:tcPr>
          <w:p w14:paraId="757D0EFF" w14:textId="77777777" w:rsidR="003A7D3D" w:rsidRDefault="003A7D3D"/>
        </w:tc>
      </w:tr>
      <w:tr w:rsidR="003A7D3D" w14:paraId="1B84411D" w14:textId="77777777" w:rsidTr="002F4B8B">
        <w:trPr>
          <w:cantSplit/>
          <w:trHeight w:val="363"/>
          <w:jc w:val="center"/>
        </w:trPr>
        <w:tc>
          <w:tcPr>
            <w:tcW w:w="4110" w:type="dxa"/>
            <w:shd w:val="clear" w:color="auto" w:fill="DBE5F1" w:themeFill="accent1" w:themeFillTint="33"/>
            <w:tcMar>
              <w:top w:w="55" w:type="dxa"/>
              <w:left w:w="100" w:type="dxa"/>
              <w:bottom w:w="55" w:type="dxa"/>
              <w:right w:w="85" w:type="dxa"/>
            </w:tcMar>
            <w:vAlign w:val="center"/>
          </w:tcPr>
          <w:p w14:paraId="1BD8BFDA" w14:textId="77777777" w:rsidR="003A7D3D" w:rsidRDefault="00000000">
            <w:r>
              <w:rPr>
                <w:b/>
                <w:sz w:val="14"/>
              </w:rPr>
              <w:t>Provincia di residenza</w:t>
            </w:r>
            <w:r>
              <w:rPr>
                <w:color w:val="6D7685"/>
                <w:sz w:val="14"/>
              </w:rPr>
              <w:t xml:space="preserve"> / Province / State of residence</w:t>
            </w:r>
          </w:p>
        </w:tc>
        <w:tc>
          <w:tcPr>
            <w:tcW w:w="5839" w:type="dxa"/>
            <w:tcMar>
              <w:top w:w="55" w:type="dxa"/>
              <w:left w:w="100" w:type="dxa"/>
              <w:bottom w:w="55" w:type="dxa"/>
              <w:right w:w="85" w:type="dxa"/>
            </w:tcMar>
            <w:vAlign w:val="center"/>
          </w:tcPr>
          <w:p w14:paraId="6544CD48" w14:textId="77777777" w:rsidR="003A7D3D" w:rsidRDefault="003A7D3D"/>
        </w:tc>
      </w:tr>
      <w:tr w:rsidR="003A7D3D" w14:paraId="26450651" w14:textId="77777777" w:rsidTr="002F4B8B">
        <w:trPr>
          <w:cantSplit/>
          <w:trHeight w:val="363"/>
          <w:jc w:val="center"/>
        </w:trPr>
        <w:tc>
          <w:tcPr>
            <w:tcW w:w="4110" w:type="dxa"/>
            <w:shd w:val="clear" w:color="auto" w:fill="DBE5F1" w:themeFill="accent1" w:themeFillTint="33"/>
            <w:tcMar>
              <w:top w:w="55" w:type="dxa"/>
              <w:left w:w="100" w:type="dxa"/>
              <w:bottom w:w="55" w:type="dxa"/>
              <w:right w:w="85" w:type="dxa"/>
            </w:tcMar>
            <w:vAlign w:val="center"/>
          </w:tcPr>
          <w:p w14:paraId="3BC2B5F9" w14:textId="77777777" w:rsidR="003A7D3D" w:rsidRDefault="00000000">
            <w:r>
              <w:rPr>
                <w:b/>
                <w:sz w:val="14"/>
              </w:rPr>
              <w:t>CAP</w:t>
            </w:r>
            <w:r>
              <w:rPr>
                <w:color w:val="6D7685"/>
                <w:sz w:val="14"/>
              </w:rPr>
              <w:t xml:space="preserve"> / Postal code / ZIP code</w:t>
            </w:r>
          </w:p>
        </w:tc>
        <w:tc>
          <w:tcPr>
            <w:tcW w:w="5839" w:type="dxa"/>
            <w:tcMar>
              <w:top w:w="55" w:type="dxa"/>
              <w:left w:w="100" w:type="dxa"/>
              <w:bottom w:w="55" w:type="dxa"/>
              <w:right w:w="85" w:type="dxa"/>
            </w:tcMar>
            <w:vAlign w:val="center"/>
          </w:tcPr>
          <w:p w14:paraId="37CBF364" w14:textId="77777777" w:rsidR="003A7D3D" w:rsidRDefault="003A7D3D"/>
        </w:tc>
      </w:tr>
      <w:tr w:rsidR="003A7D3D" w14:paraId="34D5D799" w14:textId="77777777" w:rsidTr="002F4B8B">
        <w:trPr>
          <w:cantSplit/>
          <w:trHeight w:val="363"/>
          <w:jc w:val="center"/>
        </w:trPr>
        <w:tc>
          <w:tcPr>
            <w:tcW w:w="4110" w:type="dxa"/>
            <w:shd w:val="clear" w:color="auto" w:fill="DBE5F1" w:themeFill="accent1" w:themeFillTint="33"/>
            <w:tcMar>
              <w:top w:w="55" w:type="dxa"/>
              <w:left w:w="100" w:type="dxa"/>
              <w:bottom w:w="55" w:type="dxa"/>
              <w:right w:w="85" w:type="dxa"/>
            </w:tcMar>
            <w:vAlign w:val="center"/>
          </w:tcPr>
          <w:p w14:paraId="411013BD" w14:textId="77777777" w:rsidR="003A7D3D" w:rsidRDefault="00000000">
            <w:r>
              <w:rPr>
                <w:b/>
                <w:sz w:val="14"/>
              </w:rPr>
              <w:t>Città di residenza</w:t>
            </w:r>
            <w:r>
              <w:rPr>
                <w:color w:val="6D7685"/>
                <w:sz w:val="14"/>
              </w:rPr>
              <w:t xml:space="preserve"> / City of residence</w:t>
            </w:r>
          </w:p>
        </w:tc>
        <w:tc>
          <w:tcPr>
            <w:tcW w:w="5839" w:type="dxa"/>
            <w:tcMar>
              <w:top w:w="55" w:type="dxa"/>
              <w:left w:w="100" w:type="dxa"/>
              <w:bottom w:w="55" w:type="dxa"/>
              <w:right w:w="85" w:type="dxa"/>
            </w:tcMar>
            <w:vAlign w:val="center"/>
          </w:tcPr>
          <w:p w14:paraId="20D209FC" w14:textId="77777777" w:rsidR="003A7D3D" w:rsidRDefault="003A7D3D"/>
        </w:tc>
      </w:tr>
      <w:tr w:rsidR="003A7D3D" w14:paraId="5C6ED163" w14:textId="77777777" w:rsidTr="002F4B8B">
        <w:trPr>
          <w:cantSplit/>
          <w:trHeight w:val="363"/>
          <w:jc w:val="center"/>
        </w:trPr>
        <w:tc>
          <w:tcPr>
            <w:tcW w:w="4110" w:type="dxa"/>
            <w:shd w:val="clear" w:color="auto" w:fill="DBE5F1" w:themeFill="accent1" w:themeFillTint="33"/>
            <w:tcMar>
              <w:top w:w="55" w:type="dxa"/>
              <w:left w:w="100" w:type="dxa"/>
              <w:bottom w:w="55" w:type="dxa"/>
              <w:right w:w="85" w:type="dxa"/>
            </w:tcMar>
            <w:vAlign w:val="center"/>
          </w:tcPr>
          <w:p w14:paraId="0ABCD443" w14:textId="77777777" w:rsidR="003A7D3D" w:rsidRDefault="00000000">
            <w:r>
              <w:rPr>
                <w:b/>
                <w:sz w:val="14"/>
              </w:rPr>
              <w:t>Numero di telefono</w:t>
            </w:r>
            <w:r>
              <w:rPr>
                <w:color w:val="6D7685"/>
                <w:sz w:val="14"/>
              </w:rPr>
              <w:t xml:space="preserve"> / Telephone number</w:t>
            </w:r>
          </w:p>
          <w:p w14:paraId="0927D35A" w14:textId="77777777" w:rsidR="003A7D3D" w:rsidRDefault="00000000">
            <w:r>
              <w:rPr>
                <w:sz w:val="11"/>
              </w:rPr>
              <w:t>Includere il prefisso internazionale</w:t>
            </w:r>
            <w:r>
              <w:rPr>
                <w:i/>
                <w:color w:val="6D7685"/>
                <w:sz w:val="11"/>
              </w:rPr>
              <w:t xml:space="preserve"> / Include international country code</w:t>
            </w:r>
          </w:p>
        </w:tc>
        <w:tc>
          <w:tcPr>
            <w:tcW w:w="5839" w:type="dxa"/>
            <w:tcMar>
              <w:top w:w="55" w:type="dxa"/>
              <w:left w:w="100" w:type="dxa"/>
              <w:bottom w:w="55" w:type="dxa"/>
              <w:right w:w="85" w:type="dxa"/>
            </w:tcMar>
            <w:vAlign w:val="center"/>
          </w:tcPr>
          <w:p w14:paraId="57E3E256" w14:textId="77777777" w:rsidR="003A7D3D" w:rsidRDefault="003A7D3D"/>
        </w:tc>
      </w:tr>
    </w:tbl>
    <w:p w14:paraId="61C1B309" w14:textId="77777777" w:rsidR="00EA58C5" w:rsidRDefault="00EA58C5">
      <w:pPr>
        <w:pStyle w:val="Sottotitolo1"/>
      </w:pPr>
    </w:p>
    <w:p w14:paraId="22639C22" w14:textId="7BAAC7D8" w:rsidR="003A7D3D" w:rsidRDefault="00000000">
      <w:pPr>
        <w:pStyle w:val="Sottotitolo1"/>
      </w:pPr>
      <w:r>
        <w:t xml:space="preserve">Dati </w:t>
      </w:r>
      <w:proofErr w:type="spellStart"/>
      <w:r>
        <w:t>aggiuntivi</w:t>
      </w:r>
      <w:proofErr w:type="spellEnd"/>
      <w:r>
        <w:t xml:space="preserve"> per </w:t>
      </w:r>
      <w:proofErr w:type="spellStart"/>
      <w:r>
        <w:t>residenti</w:t>
      </w:r>
      <w:proofErr w:type="spellEnd"/>
      <w:r>
        <w:t xml:space="preserve"> </w:t>
      </w:r>
      <w:proofErr w:type="spellStart"/>
      <w:r>
        <w:t>fiscali</w:t>
      </w:r>
      <w:proofErr w:type="spellEnd"/>
      <w:r>
        <w:t xml:space="preserve"> in Italia</w:t>
      </w:r>
      <w:r>
        <w:rPr>
          <w:b w:val="0"/>
          <w:color w:val="6D7685"/>
        </w:rPr>
        <w:t xml:space="preserve"> / Additional details for Italian tax residents</w:t>
      </w:r>
    </w:p>
    <w:p w14:paraId="62697DAC" w14:textId="77777777" w:rsidR="003A7D3D" w:rsidRDefault="00000000">
      <w:pPr>
        <w:pStyle w:val="Note"/>
        <w:spacing w:line="228" w:lineRule="auto"/>
      </w:pPr>
      <w:r>
        <w:rPr>
          <w:color w:val="303846"/>
        </w:rPr>
        <w:t>Compilare i campi seguenti solo se il Paese di residenza fiscale è Italia.</w:t>
      </w:r>
      <w:r>
        <w:rPr>
          <w:i/>
          <w:sz w:val="13"/>
        </w:rPr>
        <w:br/>
        <w:t>Complete the following fields only if the country of tax residence is Italy.</w:t>
      </w:r>
    </w:p>
    <w:tbl>
      <w:tblPr>
        <w:tblW w:w="0" w:type="auto"/>
        <w:jc w:val="center"/>
        <w:tblBorders>
          <w:top w:val="single" w:sz="6" w:space="0" w:color="AAB1BC"/>
          <w:left w:val="single" w:sz="6" w:space="0" w:color="AAB1BC"/>
          <w:bottom w:val="single" w:sz="6" w:space="0" w:color="AAB1BC"/>
          <w:right w:val="single" w:sz="6" w:space="0" w:color="AAB1BC"/>
          <w:insideH w:val="single" w:sz="6" w:space="0" w:color="AAB1BC"/>
          <w:insideV w:val="single" w:sz="6" w:space="0" w:color="AAB1BC"/>
        </w:tblBorders>
        <w:tblLayout w:type="fixed"/>
        <w:tblLook w:val="04A0" w:firstRow="1" w:lastRow="0" w:firstColumn="1" w:lastColumn="0" w:noHBand="0" w:noVBand="1"/>
      </w:tblPr>
      <w:tblGrid>
        <w:gridCol w:w="4110"/>
        <w:gridCol w:w="5839"/>
      </w:tblGrid>
      <w:tr w:rsidR="003A7D3D" w14:paraId="31270D8F" w14:textId="77777777" w:rsidTr="002F4B8B">
        <w:trPr>
          <w:cantSplit/>
          <w:trHeight w:val="340"/>
          <w:jc w:val="center"/>
        </w:trPr>
        <w:tc>
          <w:tcPr>
            <w:tcW w:w="4110" w:type="dxa"/>
            <w:shd w:val="clear" w:color="auto" w:fill="DBE5F1" w:themeFill="accent1" w:themeFillTint="33"/>
            <w:tcMar>
              <w:top w:w="55" w:type="dxa"/>
              <w:left w:w="100" w:type="dxa"/>
              <w:bottom w:w="55" w:type="dxa"/>
              <w:right w:w="85" w:type="dxa"/>
            </w:tcMar>
            <w:vAlign w:val="center"/>
          </w:tcPr>
          <w:p w14:paraId="0407079B" w14:textId="77777777" w:rsidR="003A7D3D" w:rsidRDefault="00000000">
            <w:r>
              <w:rPr>
                <w:b/>
                <w:sz w:val="14"/>
              </w:rPr>
              <w:t>Genere</w:t>
            </w:r>
            <w:r>
              <w:rPr>
                <w:color w:val="6D7685"/>
                <w:sz w:val="14"/>
              </w:rPr>
              <w:t xml:space="preserve"> / Gender</w:t>
            </w:r>
          </w:p>
          <w:p w14:paraId="1CBB69CD" w14:textId="77777777" w:rsidR="003A7D3D" w:rsidRDefault="00000000">
            <w:r>
              <w:rPr>
                <w:sz w:val="11"/>
              </w:rPr>
              <w:t>Uomo / Donna</w:t>
            </w:r>
            <w:r>
              <w:rPr>
                <w:i/>
                <w:color w:val="6D7685"/>
                <w:sz w:val="11"/>
              </w:rPr>
              <w:t xml:space="preserve"> / Male / Female</w:t>
            </w:r>
          </w:p>
        </w:tc>
        <w:tc>
          <w:tcPr>
            <w:tcW w:w="5839" w:type="dxa"/>
            <w:tcMar>
              <w:top w:w="55" w:type="dxa"/>
              <w:left w:w="100" w:type="dxa"/>
              <w:bottom w:w="55" w:type="dxa"/>
              <w:right w:w="85" w:type="dxa"/>
            </w:tcMar>
            <w:vAlign w:val="center"/>
          </w:tcPr>
          <w:p w14:paraId="5CD6A28E" w14:textId="77777777" w:rsidR="003A7D3D" w:rsidRDefault="003A7D3D"/>
        </w:tc>
      </w:tr>
      <w:tr w:rsidR="003A7D3D" w14:paraId="107C04FC" w14:textId="77777777" w:rsidTr="002F4B8B">
        <w:trPr>
          <w:cantSplit/>
          <w:trHeight w:val="340"/>
          <w:jc w:val="center"/>
        </w:trPr>
        <w:tc>
          <w:tcPr>
            <w:tcW w:w="4110" w:type="dxa"/>
            <w:shd w:val="clear" w:color="auto" w:fill="DBE5F1" w:themeFill="accent1" w:themeFillTint="33"/>
            <w:tcMar>
              <w:top w:w="55" w:type="dxa"/>
              <w:left w:w="100" w:type="dxa"/>
              <w:bottom w:w="55" w:type="dxa"/>
              <w:right w:w="85" w:type="dxa"/>
            </w:tcMar>
            <w:vAlign w:val="center"/>
          </w:tcPr>
          <w:p w14:paraId="423FF6F9" w14:textId="77777777" w:rsidR="003A7D3D" w:rsidRDefault="00000000">
            <w:r>
              <w:rPr>
                <w:b/>
                <w:sz w:val="14"/>
              </w:rPr>
              <w:t>Data di nascita</w:t>
            </w:r>
            <w:r>
              <w:rPr>
                <w:color w:val="6D7685"/>
                <w:sz w:val="14"/>
              </w:rPr>
              <w:t xml:space="preserve"> / Date of birth</w:t>
            </w:r>
          </w:p>
          <w:p w14:paraId="2AF287FF" w14:textId="77777777" w:rsidR="003A7D3D" w:rsidRDefault="00000000">
            <w:r>
              <w:rPr>
                <w:sz w:val="11"/>
              </w:rPr>
              <w:t>GG/MM/AAAA</w:t>
            </w:r>
            <w:r>
              <w:rPr>
                <w:i/>
                <w:color w:val="6D7685"/>
                <w:sz w:val="11"/>
              </w:rPr>
              <w:t xml:space="preserve"> / DD/MM/YYYY</w:t>
            </w:r>
          </w:p>
        </w:tc>
        <w:tc>
          <w:tcPr>
            <w:tcW w:w="5839" w:type="dxa"/>
            <w:tcMar>
              <w:top w:w="55" w:type="dxa"/>
              <w:left w:w="100" w:type="dxa"/>
              <w:bottom w:w="55" w:type="dxa"/>
              <w:right w:w="85" w:type="dxa"/>
            </w:tcMar>
            <w:vAlign w:val="center"/>
          </w:tcPr>
          <w:p w14:paraId="35581DCD" w14:textId="77777777" w:rsidR="003A7D3D" w:rsidRDefault="003A7D3D"/>
        </w:tc>
      </w:tr>
      <w:tr w:rsidR="003A7D3D" w14:paraId="0A0AE7BE" w14:textId="77777777" w:rsidTr="002F4B8B">
        <w:trPr>
          <w:cantSplit/>
          <w:trHeight w:val="340"/>
          <w:jc w:val="center"/>
        </w:trPr>
        <w:tc>
          <w:tcPr>
            <w:tcW w:w="4110" w:type="dxa"/>
            <w:shd w:val="clear" w:color="auto" w:fill="DBE5F1" w:themeFill="accent1" w:themeFillTint="33"/>
            <w:tcMar>
              <w:top w:w="55" w:type="dxa"/>
              <w:left w:w="100" w:type="dxa"/>
              <w:bottom w:w="55" w:type="dxa"/>
              <w:right w:w="85" w:type="dxa"/>
            </w:tcMar>
            <w:vAlign w:val="center"/>
          </w:tcPr>
          <w:p w14:paraId="00D80447" w14:textId="77777777" w:rsidR="003A7D3D" w:rsidRDefault="00000000">
            <w:r>
              <w:rPr>
                <w:b/>
                <w:sz w:val="14"/>
              </w:rPr>
              <w:t>Provincia di nascita</w:t>
            </w:r>
            <w:r>
              <w:rPr>
                <w:color w:val="6D7685"/>
                <w:sz w:val="14"/>
              </w:rPr>
              <w:t xml:space="preserve"> / Province of birth</w:t>
            </w:r>
          </w:p>
        </w:tc>
        <w:tc>
          <w:tcPr>
            <w:tcW w:w="5839" w:type="dxa"/>
            <w:tcMar>
              <w:top w:w="55" w:type="dxa"/>
              <w:left w:w="100" w:type="dxa"/>
              <w:bottom w:w="55" w:type="dxa"/>
              <w:right w:w="85" w:type="dxa"/>
            </w:tcMar>
            <w:vAlign w:val="center"/>
          </w:tcPr>
          <w:p w14:paraId="7A28CB44" w14:textId="77777777" w:rsidR="003A7D3D" w:rsidRDefault="003A7D3D"/>
        </w:tc>
      </w:tr>
      <w:tr w:rsidR="003A7D3D" w14:paraId="1EE6B832" w14:textId="77777777" w:rsidTr="002F4B8B">
        <w:trPr>
          <w:cantSplit/>
          <w:trHeight w:val="340"/>
          <w:jc w:val="center"/>
        </w:trPr>
        <w:tc>
          <w:tcPr>
            <w:tcW w:w="4110" w:type="dxa"/>
            <w:shd w:val="clear" w:color="auto" w:fill="DBE5F1" w:themeFill="accent1" w:themeFillTint="33"/>
            <w:tcMar>
              <w:top w:w="55" w:type="dxa"/>
              <w:left w:w="100" w:type="dxa"/>
              <w:bottom w:w="55" w:type="dxa"/>
              <w:right w:w="85" w:type="dxa"/>
            </w:tcMar>
            <w:vAlign w:val="center"/>
          </w:tcPr>
          <w:p w14:paraId="5F692296" w14:textId="77777777" w:rsidR="003A7D3D" w:rsidRDefault="00000000">
            <w:r>
              <w:rPr>
                <w:b/>
                <w:sz w:val="14"/>
              </w:rPr>
              <w:t>Città di nascita</w:t>
            </w:r>
            <w:r>
              <w:rPr>
                <w:color w:val="6D7685"/>
                <w:sz w:val="14"/>
              </w:rPr>
              <w:t xml:space="preserve"> / City of birth</w:t>
            </w:r>
          </w:p>
        </w:tc>
        <w:tc>
          <w:tcPr>
            <w:tcW w:w="5839" w:type="dxa"/>
            <w:tcMar>
              <w:top w:w="55" w:type="dxa"/>
              <w:left w:w="100" w:type="dxa"/>
              <w:bottom w:w="55" w:type="dxa"/>
              <w:right w:w="85" w:type="dxa"/>
            </w:tcMar>
            <w:vAlign w:val="center"/>
          </w:tcPr>
          <w:p w14:paraId="5F60C808" w14:textId="77777777" w:rsidR="003A7D3D" w:rsidRDefault="003A7D3D"/>
        </w:tc>
      </w:tr>
      <w:tr w:rsidR="003A7D3D" w14:paraId="330764A9" w14:textId="77777777" w:rsidTr="002F4B8B">
        <w:trPr>
          <w:cantSplit/>
          <w:trHeight w:val="340"/>
          <w:jc w:val="center"/>
        </w:trPr>
        <w:tc>
          <w:tcPr>
            <w:tcW w:w="4110" w:type="dxa"/>
            <w:shd w:val="clear" w:color="auto" w:fill="DBE5F1" w:themeFill="accent1" w:themeFillTint="33"/>
            <w:tcMar>
              <w:top w:w="55" w:type="dxa"/>
              <w:left w:w="100" w:type="dxa"/>
              <w:bottom w:w="55" w:type="dxa"/>
              <w:right w:w="85" w:type="dxa"/>
            </w:tcMar>
            <w:vAlign w:val="center"/>
          </w:tcPr>
          <w:p w14:paraId="14350F1D" w14:textId="77777777" w:rsidR="003A7D3D" w:rsidRDefault="00000000">
            <w:r>
              <w:rPr>
                <w:b/>
                <w:sz w:val="14"/>
              </w:rPr>
              <w:t>Codice fiscale</w:t>
            </w:r>
            <w:r>
              <w:rPr>
                <w:color w:val="6D7685"/>
                <w:sz w:val="14"/>
              </w:rPr>
              <w:t xml:space="preserve"> / Italian tax code</w:t>
            </w:r>
          </w:p>
        </w:tc>
        <w:tc>
          <w:tcPr>
            <w:tcW w:w="5839" w:type="dxa"/>
            <w:tcMar>
              <w:top w:w="55" w:type="dxa"/>
              <w:left w:w="100" w:type="dxa"/>
              <w:bottom w:w="55" w:type="dxa"/>
              <w:right w:w="85" w:type="dxa"/>
            </w:tcMar>
            <w:vAlign w:val="center"/>
          </w:tcPr>
          <w:p w14:paraId="529180CF" w14:textId="77777777" w:rsidR="003A7D3D" w:rsidRDefault="003A7D3D"/>
        </w:tc>
      </w:tr>
    </w:tbl>
    <w:p w14:paraId="3DAD6A9B" w14:textId="77777777" w:rsidR="003A7D3D" w:rsidRDefault="00000000">
      <w:r>
        <w:br w:type="page"/>
      </w:r>
    </w:p>
    <w:p w14:paraId="554E11C4" w14:textId="77777777" w:rsidR="00EA58C5" w:rsidRDefault="00EA58C5">
      <w:pPr>
        <w:pStyle w:val="DocEyebrow"/>
      </w:pPr>
    </w:p>
    <w:p w14:paraId="40DF9387" w14:textId="7536E076" w:rsidR="003A7D3D" w:rsidRDefault="00000000">
      <w:pPr>
        <w:pStyle w:val="DocEyebrow"/>
      </w:pPr>
      <w:r>
        <w:t>ALLEGATO 1 / ANNEX 1</w:t>
      </w:r>
    </w:p>
    <w:p w14:paraId="5C2B6600" w14:textId="77777777" w:rsidR="003A7D3D" w:rsidRDefault="00000000">
      <w:pPr>
        <w:pStyle w:val="DocTitle"/>
      </w:pPr>
      <w:r>
        <w:t>AZIENDA</w:t>
      </w:r>
      <w:r>
        <w:rPr>
          <w:b w:val="0"/>
          <w:color w:val="6D7685"/>
        </w:rPr>
        <w:t xml:space="preserve"> / COMPANY</w:t>
      </w:r>
    </w:p>
    <w:p w14:paraId="07F5048A" w14:textId="77777777" w:rsidR="003A7D3D" w:rsidRDefault="00000000">
      <w:pPr>
        <w:pStyle w:val="Note"/>
        <w:spacing w:line="228" w:lineRule="auto"/>
      </w:pPr>
      <w:r>
        <w:rPr>
          <w:color w:val="303846"/>
        </w:rPr>
        <w:t>Compilare questa sezione se la fattura deve essere intestata a un’azienda. Tutti i campi sono obbligatori, salvo dove indicato diversamente.</w:t>
      </w:r>
      <w:r>
        <w:rPr>
          <w:i/>
        </w:rPr>
        <w:br/>
        <w:t>Complete this section if the invoice is to be issued to a company. All fields are mandatory unless otherwise specified.</w:t>
      </w:r>
    </w:p>
    <w:p w14:paraId="5DBBE33E" w14:textId="77777777" w:rsidR="003A7D3D" w:rsidRDefault="003A7D3D">
      <w:pPr>
        <w:pBdr>
          <w:bottom w:val="single" w:sz="8" w:space="1" w:color="303846"/>
        </w:pBdr>
        <w:spacing w:after="80"/>
      </w:pP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5156"/>
        <w:gridCol w:w="5156"/>
      </w:tblGrid>
      <w:tr w:rsidR="003A7D3D" w14:paraId="218F4C8D" w14:textId="77777777">
        <w:trPr>
          <w:cantSplit/>
        </w:trPr>
        <w:tc>
          <w:tcPr>
            <w:tcW w:w="5156" w:type="dxa"/>
            <w:tcMar>
              <w:top w:w="30" w:type="dxa"/>
              <w:left w:w="0" w:type="dxa"/>
              <w:bottom w:w="30" w:type="dxa"/>
              <w:right w:w="0" w:type="dxa"/>
            </w:tcMar>
          </w:tcPr>
          <w:p w14:paraId="0C09BBCF" w14:textId="77777777" w:rsidR="003A7D3D" w:rsidRDefault="00000000">
            <w:r>
              <w:rPr>
                <w:b/>
                <w:color w:val="6D7685"/>
                <w:sz w:val="13"/>
              </w:rPr>
              <w:t>RESIDENZA FISCALE</w:t>
            </w:r>
            <w:r>
              <w:rPr>
                <w:color w:val="6D7685"/>
                <w:sz w:val="13"/>
              </w:rPr>
              <w:t xml:space="preserve"> / TAX RESIDENCE</w:t>
            </w:r>
          </w:p>
        </w:tc>
        <w:tc>
          <w:tcPr>
            <w:tcW w:w="5156" w:type="dxa"/>
            <w:tcMar>
              <w:top w:w="30" w:type="dxa"/>
              <w:left w:w="0" w:type="dxa"/>
              <w:bottom w:w="30" w:type="dxa"/>
              <w:right w:w="0" w:type="dxa"/>
            </w:tcMar>
          </w:tcPr>
          <w:p w14:paraId="6C76B875" w14:textId="77777777" w:rsidR="003A7D3D" w:rsidRDefault="00000000">
            <w:r>
              <w:rPr>
                <w:sz w:val="16"/>
              </w:rPr>
              <w:t>☐ Italia / Italy      ☐ Altro Paese / Other country</w:t>
            </w:r>
          </w:p>
        </w:tc>
      </w:tr>
    </w:tbl>
    <w:p w14:paraId="1178945E" w14:textId="77777777" w:rsidR="003A7D3D" w:rsidRDefault="00000000">
      <w:pPr>
        <w:pStyle w:val="Sottotitolo1"/>
      </w:pPr>
      <w:r>
        <w:t>Dati dell’azienda</w:t>
      </w:r>
      <w:r>
        <w:rPr>
          <w:b w:val="0"/>
          <w:color w:val="6D7685"/>
        </w:rPr>
        <w:t xml:space="preserve"> / Company details</w:t>
      </w:r>
    </w:p>
    <w:tbl>
      <w:tblPr>
        <w:tblW w:w="0" w:type="auto"/>
        <w:jc w:val="center"/>
        <w:tblBorders>
          <w:top w:val="single" w:sz="6" w:space="0" w:color="AAB1BC"/>
          <w:left w:val="single" w:sz="6" w:space="0" w:color="AAB1BC"/>
          <w:bottom w:val="single" w:sz="6" w:space="0" w:color="AAB1BC"/>
          <w:right w:val="single" w:sz="6" w:space="0" w:color="AAB1BC"/>
          <w:insideH w:val="single" w:sz="6" w:space="0" w:color="AAB1BC"/>
          <w:insideV w:val="single" w:sz="6" w:space="0" w:color="AAB1BC"/>
        </w:tblBorders>
        <w:tblLayout w:type="fixed"/>
        <w:tblLook w:val="04A0" w:firstRow="1" w:lastRow="0" w:firstColumn="1" w:lastColumn="0" w:noHBand="0" w:noVBand="1"/>
      </w:tblPr>
      <w:tblGrid>
        <w:gridCol w:w="4110"/>
        <w:gridCol w:w="5839"/>
      </w:tblGrid>
      <w:tr w:rsidR="003A7D3D" w14:paraId="2F01679D" w14:textId="77777777" w:rsidTr="002F4B8B">
        <w:trPr>
          <w:cantSplit/>
          <w:trHeight w:val="374"/>
          <w:jc w:val="center"/>
        </w:trPr>
        <w:tc>
          <w:tcPr>
            <w:tcW w:w="4110" w:type="dxa"/>
            <w:shd w:val="clear" w:color="auto" w:fill="DBE5F1" w:themeFill="accent1" w:themeFillTint="33"/>
            <w:tcMar>
              <w:top w:w="55" w:type="dxa"/>
              <w:left w:w="100" w:type="dxa"/>
              <w:bottom w:w="55" w:type="dxa"/>
              <w:right w:w="85" w:type="dxa"/>
            </w:tcMar>
            <w:vAlign w:val="center"/>
          </w:tcPr>
          <w:p w14:paraId="59E09724" w14:textId="77777777" w:rsidR="003A7D3D" w:rsidRDefault="00000000">
            <w:r>
              <w:rPr>
                <w:b/>
                <w:sz w:val="14"/>
              </w:rPr>
              <w:t>Nome dell’azienda</w:t>
            </w:r>
            <w:r>
              <w:rPr>
                <w:color w:val="6D7685"/>
                <w:sz w:val="14"/>
              </w:rPr>
              <w:t xml:space="preserve"> / Company name</w:t>
            </w:r>
          </w:p>
        </w:tc>
        <w:tc>
          <w:tcPr>
            <w:tcW w:w="5839" w:type="dxa"/>
            <w:tcMar>
              <w:top w:w="55" w:type="dxa"/>
              <w:left w:w="100" w:type="dxa"/>
              <w:bottom w:w="55" w:type="dxa"/>
              <w:right w:w="85" w:type="dxa"/>
            </w:tcMar>
            <w:vAlign w:val="center"/>
          </w:tcPr>
          <w:p w14:paraId="18131460" w14:textId="77777777" w:rsidR="003A7D3D" w:rsidRDefault="003A7D3D"/>
        </w:tc>
      </w:tr>
      <w:tr w:rsidR="003A7D3D" w14:paraId="093E307E" w14:textId="77777777" w:rsidTr="002F4B8B">
        <w:trPr>
          <w:cantSplit/>
          <w:trHeight w:val="374"/>
          <w:jc w:val="center"/>
        </w:trPr>
        <w:tc>
          <w:tcPr>
            <w:tcW w:w="4110" w:type="dxa"/>
            <w:shd w:val="clear" w:color="auto" w:fill="DBE5F1" w:themeFill="accent1" w:themeFillTint="33"/>
            <w:tcMar>
              <w:top w:w="55" w:type="dxa"/>
              <w:left w:w="100" w:type="dxa"/>
              <w:bottom w:w="55" w:type="dxa"/>
              <w:right w:w="85" w:type="dxa"/>
            </w:tcMar>
            <w:vAlign w:val="center"/>
          </w:tcPr>
          <w:p w14:paraId="63F0C979" w14:textId="77777777" w:rsidR="003A7D3D" w:rsidRDefault="00000000">
            <w:r>
              <w:rPr>
                <w:b/>
                <w:sz w:val="14"/>
              </w:rPr>
              <w:t>Paese di residenza fiscale</w:t>
            </w:r>
            <w:r>
              <w:rPr>
                <w:color w:val="6D7685"/>
                <w:sz w:val="14"/>
              </w:rPr>
              <w:t xml:space="preserve"> / Country of tax residence</w:t>
            </w:r>
          </w:p>
          <w:p w14:paraId="276E2630" w14:textId="77777777" w:rsidR="003A7D3D" w:rsidRDefault="00000000">
            <w:r>
              <w:rPr>
                <w:sz w:val="11"/>
              </w:rPr>
              <w:t>Paese in cui vengono pagate le tasse</w:t>
            </w:r>
            <w:r>
              <w:rPr>
                <w:i/>
                <w:color w:val="6D7685"/>
                <w:sz w:val="11"/>
              </w:rPr>
              <w:t xml:space="preserve"> / Country where taxes are paid</w:t>
            </w:r>
          </w:p>
        </w:tc>
        <w:tc>
          <w:tcPr>
            <w:tcW w:w="5839" w:type="dxa"/>
            <w:tcMar>
              <w:top w:w="55" w:type="dxa"/>
              <w:left w:w="100" w:type="dxa"/>
              <w:bottom w:w="55" w:type="dxa"/>
              <w:right w:w="85" w:type="dxa"/>
            </w:tcMar>
            <w:vAlign w:val="center"/>
          </w:tcPr>
          <w:p w14:paraId="47BBC33F" w14:textId="77777777" w:rsidR="003A7D3D" w:rsidRDefault="003A7D3D"/>
        </w:tc>
      </w:tr>
      <w:tr w:rsidR="003A7D3D" w14:paraId="1CC4EC2E" w14:textId="77777777" w:rsidTr="002F4B8B">
        <w:trPr>
          <w:cantSplit/>
          <w:trHeight w:val="374"/>
          <w:jc w:val="center"/>
        </w:trPr>
        <w:tc>
          <w:tcPr>
            <w:tcW w:w="4110" w:type="dxa"/>
            <w:shd w:val="clear" w:color="auto" w:fill="DBE5F1" w:themeFill="accent1" w:themeFillTint="33"/>
            <w:tcMar>
              <w:top w:w="55" w:type="dxa"/>
              <w:left w:w="100" w:type="dxa"/>
              <w:bottom w:w="55" w:type="dxa"/>
              <w:right w:w="85" w:type="dxa"/>
            </w:tcMar>
            <w:vAlign w:val="center"/>
          </w:tcPr>
          <w:p w14:paraId="31D6F4C4" w14:textId="77777777" w:rsidR="003A7D3D" w:rsidRDefault="00000000">
            <w:r>
              <w:rPr>
                <w:b/>
                <w:sz w:val="14"/>
              </w:rPr>
              <w:t>Indirizzo</w:t>
            </w:r>
            <w:r>
              <w:rPr>
                <w:color w:val="6D7685"/>
                <w:sz w:val="14"/>
              </w:rPr>
              <w:t xml:space="preserve"> / Address</w:t>
            </w:r>
          </w:p>
        </w:tc>
        <w:tc>
          <w:tcPr>
            <w:tcW w:w="5839" w:type="dxa"/>
            <w:tcMar>
              <w:top w:w="55" w:type="dxa"/>
              <w:left w:w="100" w:type="dxa"/>
              <w:bottom w:w="55" w:type="dxa"/>
              <w:right w:w="85" w:type="dxa"/>
            </w:tcMar>
            <w:vAlign w:val="center"/>
          </w:tcPr>
          <w:p w14:paraId="1E78D660" w14:textId="77777777" w:rsidR="003A7D3D" w:rsidRDefault="003A7D3D"/>
        </w:tc>
      </w:tr>
      <w:tr w:rsidR="003A7D3D" w14:paraId="02E551D7" w14:textId="77777777" w:rsidTr="002F4B8B">
        <w:trPr>
          <w:cantSplit/>
          <w:trHeight w:val="374"/>
          <w:jc w:val="center"/>
        </w:trPr>
        <w:tc>
          <w:tcPr>
            <w:tcW w:w="4110" w:type="dxa"/>
            <w:shd w:val="clear" w:color="auto" w:fill="DBE5F1" w:themeFill="accent1" w:themeFillTint="33"/>
            <w:tcMar>
              <w:top w:w="55" w:type="dxa"/>
              <w:left w:w="100" w:type="dxa"/>
              <w:bottom w:w="55" w:type="dxa"/>
              <w:right w:w="85" w:type="dxa"/>
            </w:tcMar>
            <w:vAlign w:val="center"/>
          </w:tcPr>
          <w:p w14:paraId="49A5693E" w14:textId="77777777" w:rsidR="003A7D3D" w:rsidRDefault="00000000">
            <w:r>
              <w:rPr>
                <w:b/>
                <w:sz w:val="14"/>
              </w:rPr>
              <w:t>Provincia</w:t>
            </w:r>
            <w:r>
              <w:rPr>
                <w:color w:val="6D7685"/>
                <w:sz w:val="14"/>
              </w:rPr>
              <w:t xml:space="preserve"> / Province / State</w:t>
            </w:r>
          </w:p>
        </w:tc>
        <w:tc>
          <w:tcPr>
            <w:tcW w:w="5839" w:type="dxa"/>
            <w:tcMar>
              <w:top w:w="55" w:type="dxa"/>
              <w:left w:w="100" w:type="dxa"/>
              <w:bottom w:w="55" w:type="dxa"/>
              <w:right w:w="85" w:type="dxa"/>
            </w:tcMar>
            <w:vAlign w:val="center"/>
          </w:tcPr>
          <w:p w14:paraId="69C342C4" w14:textId="77777777" w:rsidR="003A7D3D" w:rsidRDefault="003A7D3D"/>
        </w:tc>
      </w:tr>
      <w:tr w:rsidR="003A7D3D" w14:paraId="561DAD27" w14:textId="77777777" w:rsidTr="002F4B8B">
        <w:trPr>
          <w:cantSplit/>
          <w:trHeight w:val="374"/>
          <w:jc w:val="center"/>
        </w:trPr>
        <w:tc>
          <w:tcPr>
            <w:tcW w:w="4110" w:type="dxa"/>
            <w:shd w:val="clear" w:color="auto" w:fill="DBE5F1" w:themeFill="accent1" w:themeFillTint="33"/>
            <w:tcMar>
              <w:top w:w="55" w:type="dxa"/>
              <w:left w:w="100" w:type="dxa"/>
              <w:bottom w:w="55" w:type="dxa"/>
              <w:right w:w="85" w:type="dxa"/>
            </w:tcMar>
            <w:vAlign w:val="center"/>
          </w:tcPr>
          <w:p w14:paraId="32816984" w14:textId="77777777" w:rsidR="003A7D3D" w:rsidRDefault="00000000">
            <w:r>
              <w:rPr>
                <w:b/>
                <w:sz w:val="14"/>
              </w:rPr>
              <w:t>CAP</w:t>
            </w:r>
            <w:r>
              <w:rPr>
                <w:color w:val="6D7685"/>
                <w:sz w:val="14"/>
              </w:rPr>
              <w:t xml:space="preserve"> / Postal code / ZIP code</w:t>
            </w:r>
          </w:p>
        </w:tc>
        <w:tc>
          <w:tcPr>
            <w:tcW w:w="5839" w:type="dxa"/>
            <w:tcMar>
              <w:top w:w="55" w:type="dxa"/>
              <w:left w:w="100" w:type="dxa"/>
              <w:bottom w:w="55" w:type="dxa"/>
              <w:right w:w="85" w:type="dxa"/>
            </w:tcMar>
            <w:vAlign w:val="center"/>
          </w:tcPr>
          <w:p w14:paraId="29B9C094" w14:textId="77777777" w:rsidR="003A7D3D" w:rsidRDefault="003A7D3D"/>
        </w:tc>
      </w:tr>
      <w:tr w:rsidR="003A7D3D" w14:paraId="0539A20E" w14:textId="77777777" w:rsidTr="002F4B8B">
        <w:trPr>
          <w:cantSplit/>
          <w:trHeight w:val="374"/>
          <w:jc w:val="center"/>
        </w:trPr>
        <w:tc>
          <w:tcPr>
            <w:tcW w:w="4110" w:type="dxa"/>
            <w:shd w:val="clear" w:color="auto" w:fill="DBE5F1" w:themeFill="accent1" w:themeFillTint="33"/>
            <w:tcMar>
              <w:top w:w="55" w:type="dxa"/>
              <w:left w:w="100" w:type="dxa"/>
              <w:bottom w:w="55" w:type="dxa"/>
              <w:right w:w="85" w:type="dxa"/>
            </w:tcMar>
            <w:vAlign w:val="center"/>
          </w:tcPr>
          <w:p w14:paraId="4B88A4A2" w14:textId="77777777" w:rsidR="003A7D3D" w:rsidRDefault="00000000">
            <w:r>
              <w:rPr>
                <w:b/>
                <w:sz w:val="14"/>
              </w:rPr>
              <w:t>Città</w:t>
            </w:r>
            <w:r>
              <w:rPr>
                <w:color w:val="6D7685"/>
                <w:sz w:val="14"/>
              </w:rPr>
              <w:t xml:space="preserve"> / City</w:t>
            </w:r>
          </w:p>
        </w:tc>
        <w:tc>
          <w:tcPr>
            <w:tcW w:w="5839" w:type="dxa"/>
            <w:tcMar>
              <w:top w:w="55" w:type="dxa"/>
              <w:left w:w="100" w:type="dxa"/>
              <w:bottom w:w="55" w:type="dxa"/>
              <w:right w:w="85" w:type="dxa"/>
            </w:tcMar>
            <w:vAlign w:val="center"/>
          </w:tcPr>
          <w:p w14:paraId="5420B12B" w14:textId="77777777" w:rsidR="003A7D3D" w:rsidRDefault="003A7D3D"/>
        </w:tc>
      </w:tr>
      <w:tr w:rsidR="003A7D3D" w14:paraId="3ADCF044" w14:textId="77777777" w:rsidTr="002F4B8B">
        <w:trPr>
          <w:cantSplit/>
          <w:trHeight w:val="374"/>
          <w:jc w:val="center"/>
        </w:trPr>
        <w:tc>
          <w:tcPr>
            <w:tcW w:w="4110" w:type="dxa"/>
            <w:shd w:val="clear" w:color="auto" w:fill="DBE5F1" w:themeFill="accent1" w:themeFillTint="33"/>
            <w:tcMar>
              <w:top w:w="55" w:type="dxa"/>
              <w:left w:w="100" w:type="dxa"/>
              <w:bottom w:w="55" w:type="dxa"/>
              <w:right w:w="85" w:type="dxa"/>
            </w:tcMar>
            <w:vAlign w:val="center"/>
          </w:tcPr>
          <w:p w14:paraId="0F0AA7FD" w14:textId="77777777" w:rsidR="003A7D3D" w:rsidRDefault="00000000">
            <w:r>
              <w:rPr>
                <w:b/>
                <w:sz w:val="14"/>
              </w:rPr>
              <w:t>Numero di telefono</w:t>
            </w:r>
            <w:r>
              <w:rPr>
                <w:color w:val="6D7685"/>
                <w:sz w:val="14"/>
              </w:rPr>
              <w:t xml:space="preserve"> / Telephone number</w:t>
            </w:r>
          </w:p>
          <w:p w14:paraId="26DB5187" w14:textId="77777777" w:rsidR="003A7D3D" w:rsidRDefault="00000000">
            <w:r>
              <w:rPr>
                <w:sz w:val="11"/>
              </w:rPr>
              <w:t>Includere il prefisso internazionale</w:t>
            </w:r>
            <w:r>
              <w:rPr>
                <w:i/>
                <w:color w:val="6D7685"/>
                <w:sz w:val="11"/>
              </w:rPr>
              <w:t xml:space="preserve"> / Include international country code</w:t>
            </w:r>
          </w:p>
        </w:tc>
        <w:tc>
          <w:tcPr>
            <w:tcW w:w="5839" w:type="dxa"/>
            <w:tcMar>
              <w:top w:w="55" w:type="dxa"/>
              <w:left w:w="100" w:type="dxa"/>
              <w:bottom w:w="55" w:type="dxa"/>
              <w:right w:w="85" w:type="dxa"/>
            </w:tcMar>
            <w:vAlign w:val="center"/>
          </w:tcPr>
          <w:p w14:paraId="46D37FDC" w14:textId="77777777" w:rsidR="003A7D3D" w:rsidRDefault="003A7D3D"/>
        </w:tc>
      </w:tr>
    </w:tbl>
    <w:p w14:paraId="5CDC7541" w14:textId="77777777" w:rsidR="00EA58C5" w:rsidRDefault="00EA58C5">
      <w:pPr>
        <w:pStyle w:val="Sottotitolo1"/>
      </w:pPr>
    </w:p>
    <w:p w14:paraId="48FA3645" w14:textId="5EFE4CFD" w:rsidR="003A7D3D" w:rsidRDefault="00000000">
      <w:pPr>
        <w:pStyle w:val="Sottotitolo1"/>
      </w:pPr>
      <w:r>
        <w:t xml:space="preserve">Dati </w:t>
      </w:r>
      <w:proofErr w:type="spellStart"/>
      <w:r>
        <w:t>fiscali</w:t>
      </w:r>
      <w:proofErr w:type="spellEnd"/>
      <w:r>
        <w:rPr>
          <w:b w:val="0"/>
          <w:color w:val="6D7685"/>
        </w:rPr>
        <w:t xml:space="preserve"> / Tax details</w:t>
      </w:r>
    </w:p>
    <w:tbl>
      <w:tblPr>
        <w:tblW w:w="0" w:type="auto"/>
        <w:jc w:val="center"/>
        <w:tblBorders>
          <w:top w:val="single" w:sz="6" w:space="0" w:color="AAB1BC"/>
          <w:left w:val="single" w:sz="6" w:space="0" w:color="AAB1BC"/>
          <w:bottom w:val="single" w:sz="6" w:space="0" w:color="AAB1BC"/>
          <w:right w:val="single" w:sz="6" w:space="0" w:color="AAB1BC"/>
          <w:insideH w:val="single" w:sz="6" w:space="0" w:color="AAB1BC"/>
          <w:insideV w:val="single" w:sz="6" w:space="0" w:color="AAB1BC"/>
        </w:tblBorders>
        <w:tblLayout w:type="fixed"/>
        <w:tblLook w:val="04A0" w:firstRow="1" w:lastRow="0" w:firstColumn="1" w:lastColumn="0" w:noHBand="0" w:noVBand="1"/>
      </w:tblPr>
      <w:tblGrid>
        <w:gridCol w:w="4110"/>
        <w:gridCol w:w="5839"/>
      </w:tblGrid>
      <w:tr w:rsidR="003A7D3D" w14:paraId="073C1326" w14:textId="77777777" w:rsidTr="002F4B8B">
        <w:trPr>
          <w:cantSplit/>
          <w:trHeight w:val="442"/>
          <w:jc w:val="center"/>
        </w:trPr>
        <w:tc>
          <w:tcPr>
            <w:tcW w:w="4110" w:type="dxa"/>
            <w:shd w:val="clear" w:color="auto" w:fill="DBE5F1" w:themeFill="accent1" w:themeFillTint="33"/>
            <w:tcMar>
              <w:top w:w="55" w:type="dxa"/>
              <w:left w:w="100" w:type="dxa"/>
              <w:bottom w:w="55" w:type="dxa"/>
              <w:right w:w="85" w:type="dxa"/>
            </w:tcMar>
            <w:vAlign w:val="center"/>
          </w:tcPr>
          <w:p w14:paraId="4200DF8A" w14:textId="77777777" w:rsidR="003A7D3D" w:rsidRDefault="00000000">
            <w:r>
              <w:rPr>
                <w:b/>
                <w:sz w:val="14"/>
              </w:rPr>
              <w:t>Numero di partita IVA</w:t>
            </w:r>
            <w:r>
              <w:rPr>
                <w:color w:val="6D7685"/>
                <w:sz w:val="14"/>
              </w:rPr>
              <w:t xml:space="preserve"> / VAT number</w:t>
            </w:r>
          </w:p>
          <w:p w14:paraId="368C8F3E" w14:textId="77777777" w:rsidR="003A7D3D" w:rsidRDefault="00000000">
            <w:r>
              <w:rPr>
                <w:sz w:val="11"/>
              </w:rPr>
              <w:t>Obbligatorio per aziende italiane; per aziende non italiane compilare se applicabile</w:t>
            </w:r>
            <w:r>
              <w:rPr>
                <w:i/>
                <w:color w:val="6D7685"/>
                <w:sz w:val="11"/>
              </w:rPr>
              <w:t xml:space="preserve"> / Mandatory for Italian companies; for non-Italian companies, complete if applicable</w:t>
            </w:r>
          </w:p>
        </w:tc>
        <w:tc>
          <w:tcPr>
            <w:tcW w:w="5839" w:type="dxa"/>
            <w:tcMar>
              <w:top w:w="55" w:type="dxa"/>
              <w:left w:w="100" w:type="dxa"/>
              <w:bottom w:w="55" w:type="dxa"/>
              <w:right w:w="85" w:type="dxa"/>
            </w:tcMar>
            <w:vAlign w:val="center"/>
          </w:tcPr>
          <w:p w14:paraId="49601CC2" w14:textId="77777777" w:rsidR="003A7D3D" w:rsidRDefault="003A7D3D"/>
        </w:tc>
      </w:tr>
      <w:tr w:rsidR="003A7D3D" w14:paraId="3772B35E" w14:textId="77777777" w:rsidTr="002F4B8B">
        <w:trPr>
          <w:cantSplit/>
          <w:trHeight w:val="442"/>
          <w:jc w:val="center"/>
        </w:trPr>
        <w:tc>
          <w:tcPr>
            <w:tcW w:w="4110" w:type="dxa"/>
            <w:shd w:val="clear" w:color="auto" w:fill="DBE5F1" w:themeFill="accent1" w:themeFillTint="33"/>
            <w:tcMar>
              <w:top w:w="55" w:type="dxa"/>
              <w:left w:w="100" w:type="dxa"/>
              <w:bottom w:w="55" w:type="dxa"/>
              <w:right w:w="85" w:type="dxa"/>
            </w:tcMar>
            <w:vAlign w:val="center"/>
          </w:tcPr>
          <w:p w14:paraId="26B75606" w14:textId="77777777" w:rsidR="003A7D3D" w:rsidRDefault="00000000">
            <w:r>
              <w:rPr>
                <w:b/>
                <w:sz w:val="14"/>
              </w:rPr>
              <w:t>Codice fiscale</w:t>
            </w:r>
            <w:r>
              <w:rPr>
                <w:color w:val="6D7685"/>
                <w:sz w:val="14"/>
              </w:rPr>
              <w:t xml:space="preserve"> / Italian tax code</w:t>
            </w:r>
          </w:p>
          <w:p w14:paraId="626BE704" w14:textId="77777777" w:rsidR="003A7D3D" w:rsidRDefault="00000000">
            <w:r>
              <w:rPr>
                <w:sz w:val="11"/>
              </w:rPr>
              <w:t>Obbligatorio solo per aziende italiane</w:t>
            </w:r>
            <w:r>
              <w:rPr>
                <w:i/>
                <w:color w:val="6D7685"/>
                <w:sz w:val="11"/>
              </w:rPr>
              <w:t xml:space="preserve"> / Mandatory only for Italian companies</w:t>
            </w:r>
          </w:p>
        </w:tc>
        <w:tc>
          <w:tcPr>
            <w:tcW w:w="5839" w:type="dxa"/>
            <w:tcMar>
              <w:top w:w="55" w:type="dxa"/>
              <w:left w:w="100" w:type="dxa"/>
              <w:bottom w:w="55" w:type="dxa"/>
              <w:right w:w="85" w:type="dxa"/>
            </w:tcMar>
            <w:vAlign w:val="center"/>
          </w:tcPr>
          <w:p w14:paraId="608A5F31" w14:textId="77777777" w:rsidR="003A7D3D" w:rsidRDefault="003A7D3D"/>
        </w:tc>
      </w:tr>
      <w:tr w:rsidR="003A7D3D" w14:paraId="61797750" w14:textId="77777777" w:rsidTr="002F4B8B">
        <w:trPr>
          <w:cantSplit/>
          <w:trHeight w:val="442"/>
          <w:jc w:val="center"/>
        </w:trPr>
        <w:tc>
          <w:tcPr>
            <w:tcW w:w="4110" w:type="dxa"/>
            <w:shd w:val="clear" w:color="auto" w:fill="DBE5F1" w:themeFill="accent1" w:themeFillTint="33"/>
            <w:tcMar>
              <w:top w:w="55" w:type="dxa"/>
              <w:left w:w="100" w:type="dxa"/>
              <w:bottom w:w="55" w:type="dxa"/>
              <w:right w:w="85" w:type="dxa"/>
            </w:tcMar>
            <w:vAlign w:val="center"/>
          </w:tcPr>
          <w:p w14:paraId="4657EB73" w14:textId="77777777" w:rsidR="003A7D3D" w:rsidRDefault="00000000">
            <w:r>
              <w:rPr>
                <w:b/>
                <w:sz w:val="14"/>
              </w:rPr>
              <w:t>Codice destinatario</w:t>
            </w:r>
            <w:r>
              <w:rPr>
                <w:color w:val="6D7685"/>
                <w:sz w:val="14"/>
              </w:rPr>
              <w:t xml:space="preserve"> / Recipient code</w:t>
            </w:r>
          </w:p>
          <w:p w14:paraId="35F06D80" w14:textId="77777777" w:rsidR="003A7D3D" w:rsidRDefault="00000000">
            <w:r>
              <w:rPr>
                <w:sz w:val="11"/>
              </w:rPr>
              <w:t>Per fatturazione elettronica; obbligatorio solo per aziende italiane</w:t>
            </w:r>
            <w:r>
              <w:rPr>
                <w:i/>
                <w:color w:val="6D7685"/>
                <w:sz w:val="11"/>
              </w:rPr>
              <w:t xml:space="preserve"> / For electronic invoicing; mandatory only for Italian companies</w:t>
            </w:r>
          </w:p>
        </w:tc>
        <w:tc>
          <w:tcPr>
            <w:tcW w:w="5839" w:type="dxa"/>
            <w:tcMar>
              <w:top w:w="55" w:type="dxa"/>
              <w:left w:w="100" w:type="dxa"/>
              <w:bottom w:w="55" w:type="dxa"/>
              <w:right w:w="85" w:type="dxa"/>
            </w:tcMar>
            <w:vAlign w:val="center"/>
          </w:tcPr>
          <w:p w14:paraId="63A58F5B" w14:textId="77777777" w:rsidR="003A7D3D" w:rsidRDefault="003A7D3D"/>
        </w:tc>
      </w:tr>
    </w:tbl>
    <w:p w14:paraId="0BE32F6D" w14:textId="77777777" w:rsidR="003A7D3D" w:rsidRDefault="00000000">
      <w:pPr>
        <w:shd w:val="clear" w:color="auto" w:fill="F2F3F5"/>
        <w:spacing w:before="120"/>
      </w:pPr>
      <w:r>
        <w:rPr>
          <w:sz w:val="13"/>
        </w:rPr>
        <w:t>Nota: per “Altro Paese” si intende qualsiasi Paese di residenza fiscale diverso dall’Italia.</w:t>
      </w:r>
      <w:r>
        <w:rPr>
          <w:i/>
          <w:color w:val="6D7685"/>
          <w:sz w:val="13"/>
        </w:rPr>
        <w:br/>
        <w:t>Note: “Other country” means any country of tax residence other than Italy.</w:t>
      </w:r>
    </w:p>
    <w:sectPr w:rsidR="003A7D3D" w:rsidSect="00034616">
      <w:headerReference w:type="default" r:id="rId8"/>
      <w:footerReference w:type="default" r:id="rId9"/>
      <w:pgSz w:w="12240" w:h="15840"/>
      <w:pgMar w:top="879" w:right="964" w:bottom="822" w:left="964" w:header="283" w:footer="31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53CAE2" w14:textId="77777777" w:rsidR="00A725AC" w:rsidRDefault="00A725AC">
      <w:r>
        <w:separator/>
      </w:r>
    </w:p>
  </w:endnote>
  <w:endnote w:type="continuationSeparator" w:id="0">
    <w:p w14:paraId="2109403B" w14:textId="77777777" w:rsidR="00A725AC" w:rsidRDefault="00A725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32834" w14:textId="42A9FD9F" w:rsidR="003A7D3D" w:rsidRDefault="00000000">
    <w:pPr>
      <w:pStyle w:val="Pidipagina"/>
      <w:jc w:val="center"/>
    </w:pPr>
    <w:r>
      <w:rPr>
        <w:color w:val="6D7685"/>
        <w:sz w:val="13"/>
      </w:rPr>
      <w:t>biennalemontecatiniterme.org/   |   info@biennalemontecatiniterme.org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4EB077" w14:textId="77777777" w:rsidR="00A725AC" w:rsidRDefault="00A725AC">
      <w:r>
        <w:separator/>
      </w:r>
    </w:p>
  </w:footnote>
  <w:footnote w:type="continuationSeparator" w:id="0">
    <w:p w14:paraId="3558673B" w14:textId="77777777" w:rsidR="00A725AC" w:rsidRDefault="00A725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F2E400" w14:textId="77777777" w:rsidR="003A7D3D" w:rsidRDefault="003A7D3D">
    <w:pPr>
      <w:pStyle w:val="Intestazione"/>
    </w:pPr>
  </w:p>
  <w:tbl>
    <w:tblPr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A0" w:firstRow="1" w:lastRow="0" w:firstColumn="1" w:lastColumn="0" w:noHBand="0" w:noVBand="1"/>
    </w:tblPr>
    <w:tblGrid>
      <w:gridCol w:w="4989"/>
      <w:gridCol w:w="4989"/>
    </w:tblGrid>
    <w:tr w:rsidR="003A7D3D" w14:paraId="37C4B8CE" w14:textId="77777777">
      <w:tc>
        <w:tcPr>
          <w:tcW w:w="4989" w:type="dxa"/>
          <w:tcMar>
            <w:top w:w="0" w:type="dxa"/>
            <w:left w:w="0" w:type="dxa"/>
            <w:bottom w:w="0" w:type="dxa"/>
            <w:right w:w="60" w:type="dxa"/>
          </w:tcMar>
          <w:vAlign w:val="center"/>
        </w:tcPr>
        <w:p w14:paraId="4A21C5BE" w14:textId="77777777" w:rsidR="003A7D3D" w:rsidRDefault="00000000">
          <w:r>
            <w:rPr>
              <w:noProof/>
            </w:rPr>
            <w:drawing>
              <wp:inline distT="0" distB="0" distL="0" distR="0" wp14:anchorId="4C67DA25" wp14:editId="4728AA50">
                <wp:extent cx="342000" cy="367496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6931a645-fe24-4253-91aa-a7adb5d9f1b0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42000" cy="36749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89" w:type="dxa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459861C3" w14:textId="77777777" w:rsidR="00EA58C5" w:rsidRDefault="00EA58C5" w:rsidP="00EA58C5">
          <w:pPr>
            <w:jc w:val="right"/>
            <w:rPr>
              <w:b/>
              <w:sz w:val="19"/>
            </w:rPr>
          </w:pPr>
        </w:p>
        <w:p w14:paraId="0CABD987" w14:textId="4EC68E59" w:rsidR="003A7D3D" w:rsidRDefault="00000000" w:rsidP="00EA58C5">
          <w:pPr>
            <w:ind w:right="95"/>
            <w:jc w:val="right"/>
          </w:pPr>
          <w:r>
            <w:rPr>
              <w:b/>
              <w:sz w:val="19"/>
            </w:rPr>
            <w:t xml:space="preserve">Le </w:t>
          </w:r>
          <w:proofErr w:type="spellStart"/>
          <w:r>
            <w:rPr>
              <w:b/>
              <w:sz w:val="19"/>
            </w:rPr>
            <w:t>Architetture</w:t>
          </w:r>
          <w:proofErr w:type="spellEnd"/>
          <w:r>
            <w:rPr>
              <w:b/>
              <w:sz w:val="19"/>
            </w:rPr>
            <w:t xml:space="preserve"> di Pinocchi</w:t>
          </w:r>
          <w:r w:rsidR="00EA58C5">
            <w:rPr>
              <w:b/>
              <w:sz w:val="19"/>
            </w:rPr>
            <w:t>o</w:t>
          </w:r>
        </w:p>
      </w:tc>
    </w:tr>
  </w:tbl>
  <w:p w14:paraId="10F2897C" w14:textId="77777777" w:rsidR="003A7D3D" w:rsidRDefault="003A7D3D">
    <w:pPr>
      <w:pBdr>
        <w:bottom w:val="single" w:sz="6" w:space="1" w:color="D8A794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81174360">
    <w:abstractNumId w:val="8"/>
  </w:num>
  <w:num w:numId="2" w16cid:durableId="429281209">
    <w:abstractNumId w:val="6"/>
  </w:num>
  <w:num w:numId="3" w16cid:durableId="1438402979">
    <w:abstractNumId w:val="5"/>
  </w:num>
  <w:num w:numId="4" w16cid:durableId="301665056">
    <w:abstractNumId w:val="4"/>
  </w:num>
  <w:num w:numId="5" w16cid:durableId="1318191364">
    <w:abstractNumId w:val="7"/>
  </w:num>
  <w:num w:numId="6" w16cid:durableId="255137897">
    <w:abstractNumId w:val="3"/>
  </w:num>
  <w:num w:numId="7" w16cid:durableId="1846552435">
    <w:abstractNumId w:val="2"/>
  </w:num>
  <w:num w:numId="8" w16cid:durableId="1145198161">
    <w:abstractNumId w:val="1"/>
  </w:num>
  <w:num w:numId="9" w16cid:durableId="2418343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2F4B8B"/>
    <w:rsid w:val="00326F90"/>
    <w:rsid w:val="003A7D3D"/>
    <w:rsid w:val="00A725AC"/>
    <w:rsid w:val="00AA1D8D"/>
    <w:rsid w:val="00B47730"/>
    <w:rsid w:val="00C3327C"/>
    <w:rsid w:val="00CB0664"/>
    <w:rsid w:val="00EA58C5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DEE5812"/>
  <w14:defaultImageDpi w14:val="300"/>
  <w15:docId w15:val="{D24F6FD1-1FAB-4335-A9A8-17BCD6A2E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693F"/>
    <w:pPr>
      <w:spacing w:after="0" w:line="240" w:lineRule="auto"/>
    </w:pPr>
    <w:rPr>
      <w:rFonts w:ascii="Arial" w:hAnsi="Arial"/>
      <w:color w:val="303846"/>
      <w:sz w:val="17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DocEyebrow">
    <w:name w:val="DocEyebrow"/>
    <w:pPr>
      <w:spacing w:after="40"/>
    </w:pPr>
    <w:rPr>
      <w:rFonts w:ascii="Arial" w:hAnsi="Arial"/>
      <w:b/>
      <w:color w:val="6D7685"/>
      <w:sz w:val="15"/>
    </w:rPr>
  </w:style>
  <w:style w:type="paragraph" w:customStyle="1" w:styleId="DocTitle">
    <w:name w:val="DocTitle"/>
    <w:pPr>
      <w:spacing w:after="60"/>
    </w:pPr>
    <w:rPr>
      <w:rFonts w:ascii="Arial" w:hAnsi="Arial"/>
      <w:b/>
      <w:color w:val="303846"/>
      <w:sz w:val="34"/>
    </w:rPr>
  </w:style>
  <w:style w:type="paragraph" w:customStyle="1" w:styleId="Sottotitolo1">
    <w:name w:val="Sottotitolo1"/>
    <w:pPr>
      <w:spacing w:before="120" w:after="40"/>
    </w:pPr>
    <w:rPr>
      <w:rFonts w:ascii="Arial" w:hAnsi="Arial"/>
      <w:b/>
      <w:color w:val="303846"/>
      <w:sz w:val="17"/>
    </w:rPr>
  </w:style>
  <w:style w:type="paragraph" w:customStyle="1" w:styleId="Note">
    <w:name w:val="Note"/>
    <w:pPr>
      <w:spacing w:after="80"/>
    </w:pPr>
    <w:rPr>
      <w:rFonts w:ascii="Arial" w:hAnsi="Arial"/>
      <w:color w:val="6D7685"/>
      <w:sz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431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2883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1 - Anagrafica dati di fatturazione / Annex 1 - Billing details form</dc:title>
  <dc:subject>Modulo bilingue editabile per dati di fatturazione / Editable bilingual billing details form</dc:subject>
  <dc:creator>YAC</dc:creator>
  <cp:keywords/>
  <dc:description>generated by python-docx</dc:description>
  <cp:lastModifiedBy>Yacademy</cp:lastModifiedBy>
  <cp:revision>3</cp:revision>
  <dcterms:created xsi:type="dcterms:W3CDTF">2013-12-23T23:15:00Z</dcterms:created>
  <dcterms:modified xsi:type="dcterms:W3CDTF">2026-09-02T07:50:00Z</dcterms:modified>
  <cp:category/>
</cp:coreProperties>
</file>